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В иске о признании недействительным договора купли - продажи отказано, так как обе стороны при заключении договора обладали правоспособностью, а заключение договора не имело цели, заведомо противной основам правопорядка.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Президиум ВАС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13.04.1999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Постановление Президиума ВАС РФ от 13.04.1999 № 2487/98 по делу № А56-14296/97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168, ст. 61, ст. 63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Договор купли-продажи, Недействительность сделок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Заслушав и обсудив доклад судьи, Президиум установил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Управление Федеральной службы налоговой полиции Российской Федерации по Санкт-Петербургу (далее - УФСНП по городу Санкт-Петербургу) обратилось в Арбитражный суд города Санкт-Петербурга и Ленинградской области с иском к обществу с ограниченной ответственностью "Концерн "ЕвроБизнесЦентр" и обществу с ограниченной ответственностью "Приборотехника" о признании недействительным на основании статей 168, 169 Гражданского кодекса Российской Федерации заключенного ими договора купли - продажи от 28.11.96 No. 004/4-96.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от 07.10.97 иск удовлетворен. При этом суд сослался на то, что со стороны продавца договор совершен лицом, не обладавшим правоспособностью, а также с целью, заведомо противной основам правопорядка.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апелляционной инстанции от 15.12.97 решение оставлено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Федеральный арбитражный суд Северо - Западного округа постановлением от 17.02.98 решение первой инстанции и постановление апелляционной инстанции оставил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протесте заместителя Председателя Высшего Арбитражного Суда Российской Федерации предлагается состоявшиеся судебные акты отменить, в иске отказать.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Президиум считает, что протест подлежит удовлетворению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видно из материалов дела, между обществом "Концерн "ЕвроБизнесЦентр" (покупателем) и обществом "Приборотехника" (продавцом) был заключен договор купли - продажи комплектов оборудования для исследования и контроля характеристик ультразвуковых дефектоскопов. По условиям договора поставка оборудования должна быть осуществлена в течение 1996 года. Фактически оно было полностью отгружено продавцом и оплачено покупателем в декабре 1996 года.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УФСНП по городу Санкт-Петербургу полагало, что сделка купли - продажи совершена с целью, противной основам правопорядка, поскольку регистрация общества "Приборотехника" произведена по похищенному паспорту.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переданный товар не был запрещен или ограничен в гражданском обороте. Волеизъявление сторон было направлено на возмездную передачу товара. Деньги за него получены в безналичном порядке на основании счета - фактуры. Сделка была исполнена обеими сторонами.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То есть материалами дела не подтверждается, что эта сделка совершена с целью, заведомо противной основам правопорядка, и статья 169 Гражданского кодекса Российской Федерации применению не подлежала.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Довод суда об изначальном отсутствии правоспособности у общества "Приборотехника" и, как следствие, ничтожности всех совершенных им сделок, в силу статьи 168 Гражданского кодекса Российской Федерации не нашел подтверждения в материалах дела.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ООО "Приборотехника" было зарегистрировано в соответствии со статьей 51 Гражданского кодекса Российской Федерации, имело зарегистрированный расчетный счет, включено в единый государственный реестр юридических лиц.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То есть в период заключения и исполнения договора ООО "Приборотехника" обладало правоспособностью.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судебных актах имеется ссылка на решение Арбитражного суда города Санкт-Петербурга и Ленинградской области от 16.07.97 по делу No. А56-7731/97 о признании недействительной регистрации общества "Приборотехника".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Однако в соответствии с пунктом 2 статьи 61 Гражданского кодекса Российской Федерации правовым последствием признания регистрации юридического лица недействительной является его ликвидация.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Ликвидация юридического лица считается завершенной, а юридическое лицо - прекратившим свое существование после внесения об этом записи в единый государственный реестр юридических лиц, что следует из пункта 8 статьи 63 Гражданского кодекса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Судебное решение о признании недействительной регистрации юридического лица может являться основанием для начала процедуры ликвидации, но не может заменить собой саму процедуру ликвидации.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закон не предусматривает ничтожности всех правовых действий юридического лица, регистрация которого признана недействительной.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Поэтому судебные акты, принятые по настоящему делу, подлежат отмене как необоснованные в соответствии со статьей 188 Арбитражного процессуального кодекса Российской Федерации, а исковые требования УФСНП по Санкт-Петербургу следует отклонить.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Учитывая изложенное и руководствуясь статьями 187 - 189 Арбитражного процессуального кодекса Российской Федерации, Президиум Высшего Арбитражного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постановил: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 от 07.10.97, постановление апелляционной инстанции от 15.12.97 Арбитражного суда города Санкт-Петербурга и Ленинградской области по делу No. А56-14296/97 и постановление Федерального арбитражного суда Северо - Западного округа от 17.02.98 по тому же делу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иске отказать.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иске о признании недействительным договора купли - продажи отказано, так как обе стороны при заключении договора обладали правоспособностью, а заключение договора не имело цели, заведомо противной основам правопорядка.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 Президиума ВАС РФ от 13.04.1999 № 2487/98 по делу № А56-14296/97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иске о признании недействительным договора купли - продажи отказано, так как обе стороны при заключении договора обладали правоспособностью, а заключение договора не имело цели, заведомо противной основам правопорядка.</dc:title>
  <dc:subject/>
  <dc:creator>CasusLegal</dc:creator>
  <cp:keywords/>
  <dc:description/>
  <cp:lastModifiedBy>CasusLegal</cp:lastModifiedBy>
  <cp:revision>1</cp:revision>
  <dcterms:created xsi:type="dcterms:W3CDTF">2026-08-16T12:13:08Z</dcterms:created>
  <dcterms:modified xsi:type="dcterms:W3CDTF">2026-08-16T12:13:08Z</dcterms:modified>
  <cp:category/>
</cp:coreProperties>
</file>