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Заключенный между предприятием и банком договор цессии, направленный на приоритетное (перед бюджетом) получение банком средств, является ничтожной сделкой, и каждая из сторон обязана возвратить другой все полученное по такой сделке.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Президиум ВАС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29.04.1997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Постановление Президиума ВАС РФ от 29.04.1997 № 131/96 по делу № 532/к-8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15, ст. 167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Недействительность сделок, Налоговые споры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Заслушав и обсудив доклад судьи, Президиум установил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Государственная налоговая инспекция по Ливенскому району Орловской области обратилась в Арбитражный суд Орловской области с иском о признании недействительным договора от 24.01.95 об уступке права требования, заключенного между коллективным хозяйством "Родина" и отделением Акционерного коммерческого агропромышленного банка в городе Ливны Орловской области с целью, заведомо противной основам правопорядка, и взыскании всего полученного по сделке в доход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качестве оснований иска налоговая инспекция указала на имеющуюся у коллективного хозяйства "Родина" задолженность по налогам перед бюджетом за 1994 год. Однако банк при наличии неисполненных инкассовых распоряжений на взыскание недоимки в соответствии с договором цессии произвел погашение задолженности хозяйства по собственному кредиту, минуя расчетный счет налогоплательщика.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от 04.07.95 в иске отказано по мотиву отсутствия законодательных ограничений на заключение договоров об уступке права требования в обеспечение обязательств по кредитному договору при наличии у заемщика задолженности перед бюджетом.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Постановлениями апелляционной инстанции Арбитражного суда Орловской области от 16.08.95 и Федерального арбитражного суда Центрального округа от 17.10.95 решение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протесте первого заместителя Председателя Высшего Арбитражного Суда Российской Федерации предлагается все названные судебные акты отменить и признать договор цессии недействительным в соответствии со статьей 168 Гражданского кодекса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Президиум считает, что протест подлежит удовлетворению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Коллективное хозяйство "Родина" являлось должником перед бюджетом по налогам за 1994 год в сумме более 58000000 рублей. Предъявленные налоговой инспекцией в обслуживающее хозяйство отделение Агропромбанка инкассовые распоряжения на взыскание недоимок не исполнялись из-за отсутствия средств на расчетном счете плательщика.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Одновременно коллективное хозяйство имело задолженность перед этим же банком по кредитному договору. В целях возврата кредита заемщик по договору от 24.01.95 уступил банку право требования задолженности с АООТ "Ливныхлебопродукт" за поставленное зерно в сумме 40998164 рублей. Поступившие от последнего денежные средства банк зачислил на свой спецссудный счет.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заключенный сторонами договор цессии направлен на приоритетное (перед бюджетом) получение банком средств, чем нарушено требование статьи 15 Закона Российской Федерации "Об основах налоговой системы в Российской Федерации" о первоочередном исполнении поручений на перечисление налогов в бюджет.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со статьей 168 Гражданского кодекса Российской Федерации такая сделка является ничтожной.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2 статьи 167 названного Кодекса при недействительности сделки каждая из сторон обязана возвратить другой все полученное по сделке.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Принимая во внимание, что совершенная сторонами сделка об уступке права требования является ничтожной, переход прав кредитора по этому требованию к другому лицу не состоялся, следовательно, банк неправомерно завладел полученными от АООТ "Ливныхлебопродукт" денежными средствами в сумме 40998164 рублей. Поэтому в порядке реституции они подлежат возврату на счет надлежащего кредитора - коллективного хозяйства "Родина".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Расходы по госпошлине относятся на ответчиков в равной сумме.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Учитывая изложенное и руководствуясь статьями 187-189 Арбитражного процессуального кодекса Российской Федерации, Президиум Высшего Арбитражного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постановил: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 от 04.07.95, постановление апелляционной инстанции от 16.08.95 Арбитражного суда Орловской области по делу No. 532/к-8 и постановление Федерального арбитражного суда Центрального округа от 17.10.95 по тому же делу отменить.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Договор от 24.01.95 об уступке права требования, заключенный между отделением Акционерного коммерческого агропромышленного банка в городе Ливны Орловской области и коллективным хозяйством "Родина", признать недействительным.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Обязать Акционерный коммерческий агропромышленный банк в лице отделения в городе Ливны Орловской области возвратить на расчетный счет коллективного хозяйства "Родина" 40998164 рубля.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Взыскать с Акционерного коммерческого агропромышленного банка и коллективного хозяйства "Родина" в доход федерального бюджета по 874000 рублей госпошлины.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И.о. Председателя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Заключенный между предприятием и банком договор цессии, направленный на приоритетное (перед бюджетом) получение банком средств, является ничтожной сделкой, и каждая из сторон обязана возвратить другой все полученное по такой сделке.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 Президиума ВАС РФ от 29.04.1997 № 131/96 по делу № 532/к-8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Заключенный между предприятием и банком договор цессии, направленный на приоритетное (перед бюджетом) получение банком средств, является ничтожной сделкой, и каждая из сторон обязана возвратить другой все полученное по такой сделке.</dc:title>
  <dc:subject/>
  <dc:creator>CasusLegal</dc:creator>
  <cp:keywords/>
  <dc:description/>
  <cp:lastModifiedBy>CasusLegal</cp:lastModifiedBy>
  <cp:revision>1</cp:revision>
  <dcterms:created xsi:type="dcterms:W3CDTF">2026-08-16T12:10:07Z</dcterms:created>
  <dcterms:modified xsi:type="dcterms:W3CDTF">2026-08-16T12:10:07Z</dcterms:modified>
  <cp:category/>
</cp:coreProperties>
</file>